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 w:before="0"/>
      </w:pPr>
      <w:r>
        <w:rPr>
          <w:rFonts w:ascii="Calibri" w:hAnsi="Calibri"/>
          <w:b/>
          <w:i w:val="0"/>
          <w:sz w:val="36"/>
        </w:rPr>
        <w:t>REQUEST FOR INFORMATION</w:t>
      </w:r>
    </w:p>
    <w:p>
      <w:pPr>
        <w:spacing w:after="240" w:before="0"/>
      </w:pPr>
      <w:r>
        <w:rPr>
          <w:rFonts w:ascii="Calibri" w:hAnsi="Calibri"/>
          <w:b w:val="0"/>
          <w:i/>
          <w:color w:val="475569"/>
          <w:sz w:val="20"/>
        </w:rPr>
        <w:t>Do not proceed on an assumption — get the answer in writing.</w:t>
      </w:r>
    </w:p>
    <w:p>
      <w:pPr>
        <w:spacing w:after="80" w:before="0"/>
      </w:pPr>
      <w:r>
        <w:rPr>
          <w:rFonts w:ascii="Calibri" w:hAnsi="Calibri"/>
          <w:b w:val="0"/>
          <w:i w:val="0"/>
          <w:sz w:val="22"/>
        </w:rPr>
        <w:t>Project:  ______________________________________________________________________</w:t>
      </w:r>
    </w:p>
    <w:p>
      <w:pPr>
        <w:spacing w:after="80" w:before="0"/>
      </w:pPr>
      <w:r>
        <w:rPr>
          <w:rFonts w:ascii="Calibri" w:hAnsi="Calibri"/>
          <w:b w:val="0"/>
          <w:i w:val="0"/>
          <w:sz w:val="22"/>
        </w:rPr>
        <w:t>To (Architect / Engineer / GC):  ________________________________________________</w:t>
      </w:r>
    </w:p>
    <w:p>
      <w:pPr>
        <w:spacing w:after="80" w:before="0"/>
      </w:pPr>
      <w:r>
        <w:rPr>
          <w:rFonts w:ascii="Calibri" w:hAnsi="Calibri"/>
          <w:b w:val="0"/>
          <w:i w:val="0"/>
          <w:sz w:val="22"/>
        </w:rPr>
        <w:t>From (Contractor):  ____________________________________________________________</w:t>
      </w:r>
    </w:p>
    <w:p>
      <w:pPr>
        <w:spacing w:after="80" w:before="0"/>
      </w:pPr>
      <w:r>
        <w:rPr>
          <w:rFonts w:ascii="Calibri" w:hAnsi="Calibri"/>
          <w:b w:val="0"/>
          <w:i w:val="0"/>
          <w:sz w:val="22"/>
        </w:rPr>
        <w:t>RFI No. / Date:  _______________________________________________________________</w:t>
      </w:r>
    </w:p>
    <w:p>
      <w:pPr>
        <w:spacing w:after="80" w:before="0"/>
      </w:pPr>
      <w:r>
        <w:rPr>
          <w:rFonts w:ascii="Calibri" w:hAnsi="Calibri"/>
          <w:b w:val="0"/>
          <w:i w:val="0"/>
          <w:sz w:val="22"/>
        </w:rPr>
        <w:t>Spec section / Drawing:  _______________________________________________________</w:t>
      </w:r>
    </w:p>
    <w:p>
      <w:pPr>
        <w:spacing w:after="80" w:before="0"/>
      </w:pPr>
      <w:r>
        <w:rPr>
          <w:rFonts w:ascii="Calibri" w:hAnsi="Calibri"/>
          <w:b w:val="0"/>
          <w:i w:val="0"/>
          <w:sz w:val="22"/>
        </w:rPr>
        <w:t>Date response required:  _______________________________________________________</w:t>
      </w:r>
    </w:p>
    <w:p>
      <w:pPr>
        <w:spacing w:after="80" w:before="0"/>
      </w:pPr>
      <w:r>
        <w:rPr>
          <w:rFonts w:ascii="Calibri" w:hAnsi="Calibri"/>
          <w:b w:val="0"/>
          <w:i w:val="0"/>
          <w:sz w:val="22"/>
        </w:rPr>
        <w:t>Subject:  ______________________________________________________________________</w:t>
      </w:r>
    </w:p>
    <w:p>
      <w:pPr>
        <w:spacing w:after="80" w:before="240"/>
      </w:pPr>
      <w:r>
        <w:rPr>
          <w:rFonts w:ascii="Calibri" w:hAnsi="Calibri"/>
          <w:b/>
          <w:i w:val="0"/>
          <w:sz w:val="24"/>
        </w:rPr>
        <w:t>1. Information requested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475569"/>
          <w:sz w:val="22"/>
        </w:rPr>
        <w:t>[STATE THE QUESTION. Reference the drawing, detail, spec section, or field condition. One question per RFI — a bundled RFI gets a bundled, unusable answer.]</w:t>
      </w:r>
    </w:p>
    <w:p>
      <w:pPr>
        <w:spacing w:after="80" w:before="120"/>
      </w:pPr>
      <w:r>
        <w:rPr>
          <w:rFonts w:ascii="Calibri" w:hAnsi="Calibri"/>
          <w:b/>
          <w:i w:val="0"/>
          <w:sz w:val="24"/>
        </w:rPr>
        <w:t>2. Contractor's suggested interpretation / solution (optional)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475569"/>
          <w:sz w:val="22"/>
        </w:rPr>
        <w:t>[PROPOSE A READING. A suggested solution gets a faster yes/no than an open-ended question, and it shows you already did the homework.]</w:t>
      </w:r>
    </w:p>
    <w:p>
      <w:pPr>
        <w:spacing w:after="80" w:before="120"/>
      </w:pPr>
      <w:r>
        <w:rPr>
          <w:rFonts w:ascii="Calibri" w:hAnsi="Calibri"/>
          <w:b/>
          <w:i w:val="0"/>
          <w:sz w:val="24"/>
        </w:rPr>
        <w:t>3. Impact if unanswered by the date above</w:t>
      </w:r>
    </w:p>
    <w:p>
      <w:pPr>
        <w:spacing w:after="200" w:before="0"/>
      </w:pPr>
      <w:r>
        <w:rPr>
          <w:rFonts w:ascii="Calibri" w:hAnsi="Calibri"/>
          <w:b w:val="0"/>
          <w:i w:val="0"/>
          <w:sz w:val="22"/>
        </w:rPr>
        <w:t>Cost impact:  [NONE / POSSIBLE / LIKELY]     Schedule impact:  [NONE / POSSIBLE / LIKELY]     Work on hold:  [YES / NO]</w:t>
      </w:r>
    </w:p>
    <w:p>
      <w:pPr>
        <w:spacing w:after="80" w:before="120"/>
      </w:pPr>
      <w:r>
        <w:rPr>
          <w:rFonts w:ascii="Calibri" w:hAnsi="Calibri"/>
          <w:b/>
          <w:i w:val="0"/>
          <w:sz w:val="24"/>
        </w:rPr>
        <w:t>4. Response (Architect / Engineer / GC)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475569"/>
          <w:sz w:val="22"/>
        </w:rPr>
        <w:t>[ANSWER THE QUESTION. If the answer changes the contract sum or time, say so and issue a change order — an RFI response is not a change order by itself.]</w:t>
      </w:r>
    </w:p>
    <w:p>
      <w:pPr>
        <w:spacing w:after="80" w:before="0"/>
      </w:pPr>
      <w:r>
        <w:rPr>
          <w:rFonts w:ascii="Calibri" w:hAnsi="Calibri"/>
          <w:b w:val="0"/>
          <w:i w:val="0"/>
          <w:sz w:val="22"/>
        </w:rPr>
        <w:t>Responder / Title:  ________________________________________________________________</w:t>
      </w:r>
    </w:p>
    <w:p>
      <w:pPr>
        <w:spacing w:after="280" w:before="0"/>
      </w:pPr>
      <w:r>
        <w:rPr>
          <w:rFonts w:ascii="Calibri" w:hAnsi="Calibri"/>
          <w:b w:val="0"/>
          <w:i w:val="0"/>
          <w:sz w:val="22"/>
        </w:rPr>
        <w:t>Date:  _____________________________________________________________________________</w:t>
      </w:r>
    </w:p>
    <w:p>
      <w:pPr>
        <w:spacing w:after="80" w:before="0"/>
      </w:pPr>
      <w:r>
        <w:rPr>
          <w:rFonts w:ascii="Calibri" w:hAnsi="Calibri"/>
          <w:b/>
          <w:i w:val="0"/>
          <w:sz w:val="22"/>
        </w:rPr>
        <w:t>CONTRACTOR</w:t>
      </w:r>
    </w:p>
    <w:p>
      <w:pPr>
        <w:spacing w:after="80" w:before="0"/>
      </w:pPr>
      <w:r>
        <w:rPr>
          <w:rFonts w:ascii="Calibri" w:hAnsi="Calibri"/>
          <w:b w:val="0"/>
          <w:i w:val="0"/>
          <w:sz w:val="22"/>
        </w:rPr>
        <w:t>Signature:  ____________________________________________________________________</w:t>
      </w:r>
    </w:p>
    <w:p>
      <w:pPr>
        <w:spacing w:after="80" w:before="0"/>
      </w:pPr>
      <w:r>
        <w:rPr>
          <w:rFonts w:ascii="Calibri" w:hAnsi="Calibri"/>
          <w:b w:val="0"/>
          <w:i w:val="0"/>
          <w:sz w:val="22"/>
        </w:rPr>
        <w:t>Name / Title:  _________________________________________________________________</w:t>
      </w:r>
    </w:p>
    <w:p>
      <w:pPr>
        <w:spacing w:after="240" w:before="0"/>
      </w:pPr>
      <w:r>
        <w:rPr>
          <w:rFonts w:ascii="Calibri" w:hAnsi="Calibri"/>
          <w:b w:val="0"/>
          <w:i w:val="0"/>
          <w:sz w:val="22"/>
        </w:rPr>
        <w:t>Date:  _________________________________________________________________________</w:t>
      </w:r>
    </w:p>
    <w:p>
      <w:pPr>
        <w:spacing w:after="80" w:before="0"/>
      </w:pPr>
      <w:r>
        <w:rPr>
          <w:rFonts w:ascii="Calibri" w:hAnsi="Calibri"/>
          <w:b/>
          <w:i w:val="0"/>
          <w:sz w:val="22"/>
        </w:rPr>
        <w:t>ARCHITECT / ENGINEER / GC</w:t>
      </w:r>
    </w:p>
    <w:p>
      <w:pPr>
        <w:spacing w:after="80" w:before="0"/>
      </w:pPr>
      <w:r>
        <w:rPr>
          <w:rFonts w:ascii="Calibri" w:hAnsi="Calibri"/>
          <w:b w:val="0"/>
          <w:i w:val="0"/>
          <w:sz w:val="22"/>
        </w:rPr>
        <w:t>Signature:  ____________________________________________________________________</w:t>
      </w:r>
    </w:p>
    <w:p>
      <w:pPr>
        <w:spacing w:after="80" w:before="0"/>
      </w:pPr>
      <w:r>
        <w:rPr>
          <w:rFonts w:ascii="Calibri" w:hAnsi="Calibri"/>
          <w:b w:val="0"/>
          <w:i w:val="0"/>
          <w:sz w:val="22"/>
        </w:rPr>
        <w:t>Name / Title:  _________________________________________________________________</w:t>
      </w:r>
    </w:p>
    <w:p>
      <w:pPr>
        <w:spacing w:after="320" w:before="0"/>
      </w:pPr>
      <w:r>
        <w:rPr>
          <w:rFonts w:ascii="Calibri" w:hAnsi="Calibri"/>
          <w:b w:val="0"/>
          <w:i w:val="0"/>
          <w:sz w:val="22"/>
        </w:rPr>
        <w:t>Date:  _________________________________________________________________________</w:t>
      </w:r>
    </w:p>
    <w:p>
      <w:pPr>
        <w:spacing w:after="80" w:before="0"/>
      </w:pPr>
      <w:r>
        <w:rPr>
          <w:rFonts w:ascii="Calibri" w:hAnsi="Calibri"/>
          <w:b w:val="0"/>
          <w:i/>
          <w:color w:val="475569"/>
          <w:sz w:val="18"/>
        </w:rPr>
        <w:t>Template by BuildWorkPro (buildworkpro.com) — RFIs, change orders, and daily reports live on the project, not in a pile of Word files. $79/month flat.</w:t>
      </w:r>
    </w:p>
    <w:p>
      <w:pPr>
        <w:spacing w:after="0" w:before="0"/>
      </w:pPr>
      <w:r>
        <w:rPr>
          <w:rFonts w:ascii="Calibri" w:hAnsi="Calibri"/>
          <w:b w:val="0"/>
          <w:i/>
          <w:color w:val="475569"/>
          <w:sz w:val="18"/>
        </w:rPr>
        <w:t>General-purpose template, not legal advice. Have your attorney review before relying on it. An RFI documents a question; it does not change the contract.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